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31A42" w14:textId="12A5AC0D" w:rsidR="00B702E7" w:rsidRPr="00C8612B" w:rsidRDefault="00000000" w:rsidP="00C8612B">
      <w:pPr>
        <w:jc w:val="center"/>
        <w:rPr>
          <w:lang w:val="nl-NL"/>
        </w:rPr>
      </w:pPr>
      <w:r w:rsidRPr="00C8612B">
        <w:rPr>
          <w:b/>
          <w:sz w:val="28"/>
          <w:lang w:val="nl-NL"/>
        </w:rPr>
        <w:t>LEMBAR KENDALI BIMBINGAN</w:t>
      </w:r>
    </w:p>
    <w:p w14:paraId="7E232266" w14:textId="41E9418F" w:rsidR="00B702E7" w:rsidRDefault="00000000">
      <w:pPr>
        <w:spacing w:line="312" w:lineRule="auto"/>
      </w:pPr>
      <w:r w:rsidRPr="00C8612B">
        <w:rPr>
          <w:lang w:val="nl-NL"/>
        </w:rPr>
        <w:t xml:space="preserve">Nama mahasiswa  </w:t>
      </w:r>
      <w:r w:rsidR="00C8612B" w:rsidRPr="00C8612B">
        <w:rPr>
          <w:lang w:val="nl-NL"/>
        </w:rPr>
        <w:tab/>
      </w:r>
      <w:r w:rsidRPr="00C8612B">
        <w:rPr>
          <w:lang w:val="nl-NL"/>
        </w:rPr>
        <w:t>: ...........................................................................................................</w:t>
      </w:r>
      <w:r w:rsidRPr="00C8612B">
        <w:rPr>
          <w:lang w:val="nl-NL"/>
        </w:rPr>
        <w:br/>
      </w:r>
      <w:r>
        <w:t xml:space="preserve">NIM             </w:t>
      </w:r>
      <w:r w:rsidR="00C8612B">
        <w:tab/>
      </w:r>
      <w:r w:rsidR="00C8612B">
        <w:tab/>
      </w:r>
      <w:r>
        <w:t>: ...........................................................................................................</w:t>
      </w:r>
      <w:r>
        <w:br/>
        <w:t xml:space="preserve">Pembimbing     </w:t>
      </w:r>
      <w:r w:rsidR="00C8612B">
        <w:tab/>
      </w:r>
      <w:r>
        <w:t>: ...........................................................................................................</w:t>
      </w:r>
    </w:p>
    <w:p w14:paraId="24EBADC0" w14:textId="77777777" w:rsidR="00B702E7" w:rsidRDefault="00B702E7"/>
    <w:tbl>
      <w:tblPr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728"/>
        <w:gridCol w:w="4752"/>
        <w:gridCol w:w="3715"/>
      </w:tblGrid>
      <w:tr w:rsidR="00B702E7" w14:paraId="70893B86" w14:textId="77777777" w:rsidTr="00C8612B">
        <w:trPr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55A9F" w14:textId="77777777" w:rsidR="00B702E7" w:rsidRDefault="00000000">
            <w:pPr>
              <w:jc w:val="center"/>
            </w:pPr>
            <w:r>
              <w:rPr>
                <w:b/>
                <w:sz w:val="20"/>
              </w:rPr>
              <w:t>No.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23E42" w14:textId="77777777" w:rsidR="00B702E7" w:rsidRDefault="00000000">
            <w:pPr>
              <w:jc w:val="center"/>
            </w:pPr>
            <w:r>
              <w:rPr>
                <w:b/>
                <w:sz w:val="20"/>
              </w:rPr>
              <w:t>Tanggal</w:t>
            </w:r>
            <w:r>
              <w:rPr>
                <w:b/>
                <w:sz w:val="20"/>
              </w:rPr>
              <w:br/>
              <w:t>Bimbingan</w:t>
            </w:r>
          </w:p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B422C" w14:textId="77777777" w:rsidR="00B702E7" w:rsidRDefault="00000000">
            <w:pPr>
              <w:jc w:val="center"/>
            </w:pPr>
            <w:r>
              <w:rPr>
                <w:b/>
                <w:sz w:val="20"/>
              </w:rPr>
              <w:t>Komentar/Saran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648F1" w14:textId="77777777" w:rsidR="00B702E7" w:rsidRDefault="00000000">
            <w:pPr>
              <w:jc w:val="center"/>
            </w:pPr>
            <w:r>
              <w:rPr>
                <w:b/>
                <w:sz w:val="20"/>
              </w:rPr>
              <w:t>Tanda Tangan</w:t>
            </w:r>
            <w:r>
              <w:rPr>
                <w:b/>
                <w:sz w:val="20"/>
              </w:rPr>
              <w:br/>
              <w:t>Pembimbing</w:t>
            </w:r>
          </w:p>
        </w:tc>
      </w:tr>
      <w:tr w:rsidR="00B702E7" w14:paraId="38902B49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D708D" w14:textId="77777777" w:rsidR="00B702E7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3A838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A91B65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CF498" w14:textId="77777777" w:rsidR="00B702E7" w:rsidRDefault="00B702E7"/>
        </w:tc>
      </w:tr>
      <w:tr w:rsidR="00B702E7" w14:paraId="236B0014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94E9D" w14:textId="77777777" w:rsidR="00B702E7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98E43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38724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45203" w14:textId="77777777" w:rsidR="00B702E7" w:rsidRDefault="00B702E7"/>
        </w:tc>
      </w:tr>
      <w:tr w:rsidR="00B702E7" w14:paraId="02C96F21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EC194" w14:textId="77777777" w:rsidR="00B702E7" w:rsidRDefault="0000000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53218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F88B3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C2DE5" w14:textId="77777777" w:rsidR="00B702E7" w:rsidRDefault="00B702E7"/>
        </w:tc>
      </w:tr>
      <w:tr w:rsidR="00B702E7" w14:paraId="7D8540D5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B8FCAA" w14:textId="77777777" w:rsidR="00B702E7" w:rsidRDefault="0000000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1B7AA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FBE2D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FB591" w14:textId="77777777" w:rsidR="00B702E7" w:rsidRDefault="00B702E7"/>
        </w:tc>
      </w:tr>
      <w:tr w:rsidR="00B702E7" w14:paraId="06EFF855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151E51" w14:textId="77777777" w:rsidR="00B702E7" w:rsidRDefault="0000000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8FBD7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224F09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EBD46" w14:textId="77777777" w:rsidR="00B702E7" w:rsidRDefault="00B702E7"/>
        </w:tc>
      </w:tr>
      <w:tr w:rsidR="00B702E7" w14:paraId="434D2CCD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67672" w14:textId="77777777" w:rsidR="00B702E7" w:rsidRDefault="00000000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ADBA3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8EF75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71CEB" w14:textId="77777777" w:rsidR="00B702E7" w:rsidRDefault="00B702E7"/>
        </w:tc>
      </w:tr>
      <w:tr w:rsidR="00B702E7" w14:paraId="497C83C8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C8E9E" w14:textId="77777777" w:rsidR="00B702E7" w:rsidRDefault="00000000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B7E438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B0141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2BDAFA" w14:textId="77777777" w:rsidR="00B702E7" w:rsidRDefault="00B702E7"/>
        </w:tc>
      </w:tr>
      <w:tr w:rsidR="00B702E7" w14:paraId="4B70F30F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87D20" w14:textId="77777777" w:rsidR="00B702E7" w:rsidRDefault="00000000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51CED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383F1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99835" w14:textId="77777777" w:rsidR="00B702E7" w:rsidRDefault="00B702E7"/>
        </w:tc>
      </w:tr>
      <w:tr w:rsidR="00B702E7" w14:paraId="6015843E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295D11" w14:textId="77777777" w:rsidR="00B702E7" w:rsidRDefault="00000000">
            <w:pPr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42E1E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C9FFAE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27453" w14:textId="77777777" w:rsidR="00B702E7" w:rsidRDefault="00B702E7"/>
        </w:tc>
      </w:tr>
      <w:tr w:rsidR="00B702E7" w14:paraId="4D40F05E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F3489" w14:textId="77777777" w:rsidR="00B702E7" w:rsidRDefault="00000000">
            <w:pPr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F48D5" w14:textId="77777777" w:rsidR="00B702E7" w:rsidRDefault="00B702E7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9DDC8" w14:textId="77777777" w:rsidR="00B702E7" w:rsidRDefault="00B702E7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E29A7" w14:textId="77777777" w:rsidR="00B702E7" w:rsidRDefault="00B702E7"/>
        </w:tc>
      </w:tr>
      <w:tr w:rsidR="00C8612B" w14:paraId="1CAFA070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E05B3E" w14:textId="17B5AA96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9498C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7222D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6F987" w14:textId="77777777" w:rsidR="00C8612B" w:rsidRDefault="00C8612B"/>
        </w:tc>
      </w:tr>
      <w:tr w:rsidR="00C8612B" w14:paraId="3B584320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93E13" w14:textId="44A8CDCA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F0DD0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518CCD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35CB5" w14:textId="77777777" w:rsidR="00C8612B" w:rsidRDefault="00C8612B"/>
        </w:tc>
      </w:tr>
      <w:tr w:rsidR="00C8612B" w14:paraId="271BECC8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D69D6" w14:textId="58E88F26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20CFD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8FC02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8B81C" w14:textId="77777777" w:rsidR="00C8612B" w:rsidRDefault="00C8612B"/>
        </w:tc>
      </w:tr>
      <w:tr w:rsidR="00C8612B" w14:paraId="719C75E9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9EC21" w14:textId="63F9E2BD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49AB5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100118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6F2C6" w14:textId="77777777" w:rsidR="00C8612B" w:rsidRDefault="00C8612B"/>
        </w:tc>
      </w:tr>
      <w:tr w:rsidR="00C8612B" w14:paraId="6AAA2065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F7FBC" w14:textId="32528403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41128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31EC6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05357" w14:textId="77777777" w:rsidR="00C8612B" w:rsidRDefault="00C8612B"/>
        </w:tc>
      </w:tr>
      <w:tr w:rsidR="00C8612B" w14:paraId="365F14D0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3A7C4" w14:textId="525CBE34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7EEC2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F592C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CDEE0" w14:textId="77777777" w:rsidR="00C8612B" w:rsidRDefault="00C8612B"/>
        </w:tc>
      </w:tr>
      <w:tr w:rsidR="00C8612B" w14:paraId="03B38809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1091A" w14:textId="65686D01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709D4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0EC9F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626B1A" w14:textId="77777777" w:rsidR="00C8612B" w:rsidRDefault="00C8612B"/>
        </w:tc>
      </w:tr>
      <w:tr w:rsidR="00C8612B" w14:paraId="4B36B405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380A8" w14:textId="0C9BE55D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BA3B8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498E5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A54DE" w14:textId="77777777" w:rsidR="00C8612B" w:rsidRDefault="00C8612B"/>
        </w:tc>
      </w:tr>
      <w:tr w:rsidR="00C8612B" w14:paraId="3B9714B8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356D5" w14:textId="44E3382E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71A98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424BE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259AD" w14:textId="77777777" w:rsidR="00C8612B" w:rsidRDefault="00C8612B"/>
        </w:tc>
      </w:tr>
      <w:tr w:rsidR="00C8612B" w14:paraId="2D9C106B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F88CB" w14:textId="7DB1375B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FADE3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EA4A5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F3D35" w14:textId="77777777" w:rsidR="00C8612B" w:rsidRDefault="00C8612B"/>
        </w:tc>
      </w:tr>
      <w:tr w:rsidR="00C8612B" w14:paraId="21DE0A10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6D520" w14:textId="25D4E9AF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AD96F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442A0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CE306" w14:textId="77777777" w:rsidR="00C8612B" w:rsidRDefault="00C8612B"/>
        </w:tc>
      </w:tr>
      <w:tr w:rsidR="00C8612B" w14:paraId="49D00D83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35C0D8" w14:textId="00256E20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33FAEF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E6750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E1C49" w14:textId="77777777" w:rsidR="00C8612B" w:rsidRDefault="00C8612B"/>
        </w:tc>
      </w:tr>
      <w:tr w:rsidR="00C8612B" w14:paraId="52320E80" w14:textId="77777777" w:rsidTr="00C8612B">
        <w:trPr>
          <w:trHeight w:val="72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C55A45" w14:textId="5894D280" w:rsidR="00C8612B" w:rsidRDefault="00C861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4C6F5" w14:textId="77777777" w:rsidR="00C8612B" w:rsidRDefault="00C8612B"/>
        </w:tc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18032" w14:textId="77777777" w:rsidR="00C8612B" w:rsidRDefault="00C8612B"/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FB3D1" w14:textId="77777777" w:rsidR="00C8612B" w:rsidRDefault="00C8612B"/>
        </w:tc>
      </w:tr>
    </w:tbl>
    <w:p w14:paraId="4F521400" w14:textId="77777777" w:rsidR="000161DA" w:rsidRDefault="000161DA"/>
    <w:sectPr w:rsidR="000161DA" w:rsidSect="00C861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C636" w14:textId="77777777" w:rsidR="000161DA" w:rsidRDefault="000161DA" w:rsidP="00C8612B">
      <w:pPr>
        <w:spacing w:after="0" w:line="240" w:lineRule="auto"/>
      </w:pPr>
      <w:r>
        <w:separator/>
      </w:r>
    </w:p>
  </w:endnote>
  <w:endnote w:type="continuationSeparator" w:id="0">
    <w:p w14:paraId="77A4E5E9" w14:textId="77777777" w:rsidR="000161DA" w:rsidRDefault="000161DA" w:rsidP="00C8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F772" w14:textId="77777777" w:rsidR="00C8612B" w:rsidRDefault="00C86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557B" w14:textId="77777777" w:rsidR="00C8612B" w:rsidRDefault="00C86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D045" w14:textId="77777777" w:rsidR="00C8612B" w:rsidRDefault="00C86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77B76" w14:textId="77777777" w:rsidR="000161DA" w:rsidRDefault="000161DA" w:rsidP="00C8612B">
      <w:pPr>
        <w:spacing w:after="0" w:line="240" w:lineRule="auto"/>
      </w:pPr>
      <w:r>
        <w:separator/>
      </w:r>
    </w:p>
  </w:footnote>
  <w:footnote w:type="continuationSeparator" w:id="0">
    <w:p w14:paraId="631AF7C0" w14:textId="77777777" w:rsidR="000161DA" w:rsidRDefault="000161DA" w:rsidP="00C8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6BE5" w14:textId="77777777" w:rsidR="00C8612B" w:rsidRDefault="00C86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53" w:type="dxa"/>
      <w:jc w:val="center"/>
      <w:tblLayout w:type="fixed"/>
      <w:tblLook w:val="04A0" w:firstRow="1" w:lastRow="0" w:firstColumn="1" w:lastColumn="0" w:noHBand="0" w:noVBand="1"/>
    </w:tblPr>
    <w:tblGrid>
      <w:gridCol w:w="1135"/>
      <w:gridCol w:w="7175"/>
      <w:gridCol w:w="2643"/>
    </w:tblGrid>
    <w:tr w:rsidR="00C8612B" w14:paraId="7DD50EE0" w14:textId="77777777" w:rsidTr="00C8612B">
      <w:trPr>
        <w:trHeight w:val="991"/>
        <w:jc w:val="center"/>
      </w:trPr>
      <w:tc>
        <w:tcPr>
          <w:tcW w:w="11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D427DB" w14:textId="28C1386C" w:rsidR="00C8612B" w:rsidRPr="00C8612B" w:rsidRDefault="00C8612B" w:rsidP="00C8612B">
          <w:pPr>
            <w:jc w:val="center"/>
            <w:rPr>
              <w:b/>
              <w:lang w:val="nl-NL"/>
            </w:rPr>
          </w:pPr>
          <w:r w:rsidRPr="00C8612B">
            <w:rPr>
              <w:b/>
            </w:rPr>
            <w:drawing>
              <wp:anchor distT="0" distB="0" distL="114300" distR="114300" simplePos="0" relativeHeight="251658240" behindDoc="1" locked="0" layoutInCell="1" allowOverlap="1" wp14:anchorId="64408ED6" wp14:editId="16033744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583565" cy="583565"/>
                <wp:effectExtent l="0" t="0" r="0" b="6985"/>
                <wp:wrapNone/>
                <wp:docPr id="49932966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56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140" w:type="dxa"/>
            <w:left w:w="140" w:type="dxa"/>
            <w:bottom w:w="140" w:type="dxa"/>
            <w:right w:w="140" w:type="dxa"/>
          </w:tcMar>
          <w:vAlign w:val="center"/>
        </w:tcPr>
        <w:p w14:paraId="3E1369EA" w14:textId="0CA62B34" w:rsidR="00C8612B" w:rsidRPr="00C8612B" w:rsidRDefault="00C8612B" w:rsidP="00C8612B">
          <w:pPr>
            <w:jc w:val="center"/>
            <w:rPr>
              <w:lang w:val="nl-NL"/>
            </w:rPr>
          </w:pPr>
          <w:r w:rsidRPr="00C8612B">
            <w:rPr>
              <w:b/>
              <w:lang w:val="nl-NL"/>
            </w:rPr>
            <w:t xml:space="preserve">PROGRAM MAGISTER </w:t>
          </w:r>
          <w:r>
            <w:rPr>
              <w:b/>
              <w:lang w:val="nl-NL"/>
            </w:rPr>
            <w:t>............................................</w:t>
          </w:r>
          <w:r w:rsidRPr="00C8612B">
            <w:rPr>
              <w:b/>
              <w:lang w:val="nl-NL"/>
            </w:rPr>
            <w:br/>
          </w:r>
          <w:r w:rsidRPr="00C8612B">
            <w:rPr>
              <w:sz w:val="18"/>
              <w:lang w:val="nl-NL"/>
            </w:rPr>
            <w:t>SEKOLAH ARSITEKTUR, PERENCANAAN DAN PENGEMBANGAN KEBIJAKAN</w:t>
          </w:r>
          <w:r w:rsidRPr="00C8612B">
            <w:rPr>
              <w:sz w:val="18"/>
              <w:lang w:val="nl-NL"/>
            </w:rPr>
            <w:br/>
            <w:t>INSTITUT TEKNOLOGI BANDUNG</w:t>
          </w:r>
        </w:p>
      </w:tc>
      <w:tc>
        <w:tcPr>
          <w:tcW w:w="26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140" w:type="dxa"/>
            <w:left w:w="140" w:type="dxa"/>
            <w:bottom w:w="140" w:type="dxa"/>
            <w:right w:w="140" w:type="dxa"/>
          </w:tcMar>
          <w:vAlign w:val="center"/>
        </w:tcPr>
        <w:p w14:paraId="09D2FA32" w14:textId="7D50CB85" w:rsidR="00C8612B" w:rsidRPr="00C8612B" w:rsidRDefault="00C8612B" w:rsidP="00C8612B">
          <w:pPr>
            <w:jc w:val="center"/>
          </w:pPr>
          <w:r w:rsidRPr="00C8612B">
            <w:rPr>
              <w:b/>
            </w:rPr>
            <w:t>TESIS</w:t>
          </w:r>
          <w:r w:rsidRPr="00C8612B">
            <w:rPr>
              <w:b/>
            </w:rPr>
            <w:br/>
          </w:r>
          <w:proofErr w:type="gramStart"/>
          <w:r>
            <w:rPr>
              <w:b/>
            </w:rPr>
            <w:t>…..</w:t>
          </w:r>
          <w:proofErr w:type="spellStart"/>
          <w:proofErr w:type="gramEnd"/>
          <w:r>
            <w:rPr>
              <w:b/>
            </w:rPr>
            <w:t>kode</w:t>
          </w:r>
          <w:proofErr w:type="spellEnd"/>
          <w:r>
            <w:rPr>
              <w:b/>
            </w:rPr>
            <w:t xml:space="preserve"> </w:t>
          </w:r>
          <w:proofErr w:type="spellStart"/>
          <w:r>
            <w:rPr>
              <w:b/>
            </w:rPr>
            <w:t>matakuliah</w:t>
          </w:r>
          <w:proofErr w:type="spellEnd"/>
          <w:r>
            <w:rPr>
              <w:b/>
            </w:rPr>
            <w:t>….</w:t>
          </w:r>
          <w:r w:rsidRPr="00C8612B">
            <w:rPr>
              <w:b/>
            </w:rPr>
            <w:br/>
          </w:r>
          <w:r w:rsidRPr="00C8612B">
            <w:rPr>
              <w:sz w:val="18"/>
              <w:szCs w:val="18"/>
            </w:rPr>
            <w:t xml:space="preserve">SEMESTER </w:t>
          </w:r>
          <w:r>
            <w:rPr>
              <w:sz w:val="18"/>
              <w:szCs w:val="18"/>
            </w:rPr>
            <w:t>…………………</w:t>
          </w:r>
        </w:p>
      </w:tc>
    </w:tr>
  </w:tbl>
  <w:p w14:paraId="3522E160" w14:textId="77777777" w:rsidR="00C8612B" w:rsidRDefault="00C861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9255" w14:textId="77777777" w:rsidR="00C8612B" w:rsidRDefault="00C861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1454509">
    <w:abstractNumId w:val="8"/>
  </w:num>
  <w:num w:numId="2" w16cid:durableId="1373729867">
    <w:abstractNumId w:val="6"/>
  </w:num>
  <w:num w:numId="3" w16cid:durableId="1701583872">
    <w:abstractNumId w:val="5"/>
  </w:num>
  <w:num w:numId="4" w16cid:durableId="529103881">
    <w:abstractNumId w:val="4"/>
  </w:num>
  <w:num w:numId="5" w16cid:durableId="1955938592">
    <w:abstractNumId w:val="7"/>
  </w:num>
  <w:num w:numId="6" w16cid:durableId="1306662972">
    <w:abstractNumId w:val="3"/>
  </w:num>
  <w:num w:numId="7" w16cid:durableId="1071661213">
    <w:abstractNumId w:val="2"/>
  </w:num>
  <w:num w:numId="8" w16cid:durableId="674646121">
    <w:abstractNumId w:val="1"/>
  </w:num>
  <w:num w:numId="9" w16cid:durableId="332028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1DA"/>
    <w:rsid w:val="00034616"/>
    <w:rsid w:val="0006063C"/>
    <w:rsid w:val="0015074B"/>
    <w:rsid w:val="0029639D"/>
    <w:rsid w:val="00326F90"/>
    <w:rsid w:val="00734CA3"/>
    <w:rsid w:val="00AA1D8D"/>
    <w:rsid w:val="00B47730"/>
    <w:rsid w:val="00B702E7"/>
    <w:rsid w:val="00C8612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4E9F63"/>
  <w14:defaultImageDpi w14:val="300"/>
  <w15:docId w15:val="{F3F122D3-70D8-43EB-8730-62696D1F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Sarnya</cp:lastModifiedBy>
  <cp:revision>2</cp:revision>
  <dcterms:created xsi:type="dcterms:W3CDTF">2026-10-06T04:49:00Z</dcterms:created>
  <dcterms:modified xsi:type="dcterms:W3CDTF">2026-10-06T04:49:00Z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b525e5-f3da-4501-8f1e-526b6769fc56_Enabled">
    <vt:lpwstr>true</vt:lpwstr>
  </property>
  <property fmtid="{D5CDD505-2E9C-101B-9397-08002B2CF9AE}" pid="3" name="MSIP_Label_38b525e5-f3da-4501-8f1e-526b6769fc56_SetDate">
    <vt:lpwstr>2026-10-06T04:49:37Z</vt:lpwstr>
  </property>
  <property fmtid="{D5CDD505-2E9C-101B-9397-08002B2CF9AE}" pid="4" name="MSIP_Label_38b525e5-f3da-4501-8f1e-526b6769fc56_Method">
    <vt:lpwstr>Standard</vt:lpwstr>
  </property>
  <property fmtid="{D5CDD505-2E9C-101B-9397-08002B2CF9AE}" pid="5" name="MSIP_Label_38b525e5-f3da-4501-8f1e-526b6769fc56_Name">
    <vt:lpwstr>defa4170-0d19-0005-0004-bc88714345d2</vt:lpwstr>
  </property>
  <property fmtid="{D5CDD505-2E9C-101B-9397-08002B2CF9AE}" pid="6" name="MSIP_Label_38b525e5-f3da-4501-8f1e-526b6769fc56_SiteId">
    <vt:lpwstr>db6e1183-4c65-405c-82ce-7cd53fa6e9dc</vt:lpwstr>
  </property>
  <property fmtid="{D5CDD505-2E9C-101B-9397-08002B2CF9AE}" pid="7" name="MSIP_Label_38b525e5-f3da-4501-8f1e-526b6769fc56_ActionId">
    <vt:lpwstr>3b634e63-93e0-4e59-8ad4-0c327a137d57</vt:lpwstr>
  </property>
  <property fmtid="{D5CDD505-2E9C-101B-9397-08002B2CF9AE}" pid="8" name="MSIP_Label_38b525e5-f3da-4501-8f1e-526b6769fc56_ContentBits">
    <vt:lpwstr>0</vt:lpwstr>
  </property>
  <property fmtid="{D5CDD505-2E9C-101B-9397-08002B2CF9AE}" pid="9" name="MSIP_Label_38b525e5-f3da-4501-8f1e-526b6769fc56_Tag">
    <vt:lpwstr>10, 3, 0, 1</vt:lpwstr>
  </property>
</Properties>
</file>